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42.87655, 74.60396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Кусочек Фрунзе. Фото 60-х.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42.87655, 74.60396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06545" cy="2232000"/>
            <wp:docPr id="2" name="Picture 2" descr="Кусочек Фрунзе. Фото 60-х." title="Кусочек Фрунзе. Фото 60-х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b2276118f7bc1fe9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65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Кусочек Фрунзе. Фото 60-х.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Кусочек Фрунзе. Фото 60-х.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Кусочек Фрунзе. Фото 60-х.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https://bimap.su/description/frunze/405_KGB.txt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42.87655, 74.60396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