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42.86897, 74.60528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Школа №6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42.86897, 74.60528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4931" cy="2232000"/>
            <wp:docPr id="2" name="Picture 2" descr="Школа №6" title="Школа №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c3e38d7de89f95500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493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№6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Школа №6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улице Пионерской (Московская).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https://bimap.su/description/frunze/196_Shkola6.txt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42.86897, 74.60528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