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42.86897, 74.60528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№6 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42.86897, 74.60528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4931" cy="2232000"/>
            <wp:docPr id="2" name="Picture 2" descr="Школа №6" title="Школа №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c3e38d7de89f95500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493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№6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№6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Пионерская (Москва) көчөсүндөгү №6 мектеп 1940-жылга карата шаардык билим берүү тармагында 34 мектеп болгон. No6 мектеп 1936-жылы ачылып, согуш жылдарында Советтер Союзунун Баатыры, генерал И.В. Панфилов. «Советтик Кыргызстан» газетасынын 1937-жылдын 14-майындагы фотосу. Бул аялдын скульптурасы мектептин кире беришинде турган. No 6 эркектер орто мектебинин 7а классы. 1951-жылдагы фото.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https://bimap.su/description/frunze/196_Shkola6.txt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42.86897, 74.60528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