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42.82846, 74.62728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42.82846, 74.62728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6-кичи райондун көрүнүшү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42.82846, 74.62728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58332" cy="2232000"/>
            <wp:docPr id="3" name="Picture 3" descr="Вид на 6-й микрорайон" title="Вид на 6-й микрорай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10843cbc2e779e8ebc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833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6-й микрорайон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6-кичи райондун көрүнүшү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Сух-Батор көчөсүнөн 6-кичи райондун Сух-Батор көчөсүнөн көрүнүшү.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https://bimap.su/description/bishkek/150_6mkr.txt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