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Микрорайон Восток-6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42.87403, 74.62087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e8c32560ebf858d09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57aa9a121ef6d91f4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42.87403, 74.62087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Восток-6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42.87403, 74.62087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Восток-6" title="Восток-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e8c32560ebf858d09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Восток-6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Восток-6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Вид на юг. 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https://bimap.su/description/frunze/517_Vostok5.txt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Микрорайон Восток-6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42.87403, 74.62087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Микрорайон Восток-6" title="Микрорайон Восток-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57aa9a121ef6d91f4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Восток-6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Микрорайон Восток-6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https://bimap.su/description/bishkek/31_IMG_0505.txt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