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Восток-6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Восток-6" title="Восток-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9e8c32560ebf858d0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Восток-6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Восток-6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Восток-5 Восток-5. Түштүккө көрүнүш.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https://bimap.su/description/frunze/517_Vostok5.txt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42.87403, 74.62087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