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50 лет Октября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42.84333, 74.58643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93064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1df3be84e25d1b1e5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9306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42.84333, 74.58643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50 лет Октября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42.84333, 74.58643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93064" cy="2232000"/>
            <wp:docPr id="4" name="Picture 4" descr="50 лет Октября" title="50 лет Октябр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1df3be84e25d1b1e5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9306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50 лет Октября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50 лет Октября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Проспект Мира угол ул. 50 лет Октября.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https://bimap.su/description/frunze/333_Mira.txt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42.84333, 74.58643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Zalkar 1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https://2gis.kg/bishkek/firm/70000001047730523/tab/photos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