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50 years of October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3064" cy="2232000"/>
            <wp:docPr id="2" name="Picture 2" descr="50 лет Октября" title="50 лет Октябр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1df3be84e25d1b1e5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3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50 лет Октября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50 years of October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Prospekt Mira corner st. 50 Let Oktyabrya Prospekt Mira corner st. 50 years of October. Photo from 1967.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https://bimap.su/description/frunze/333_Mira.txt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