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Высотки на улице 50 лет Киргизской ССР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ысотки на улице 50 лет Киргизской ССР" title="Высотки на улице 50 лет Киргизской 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6d6c467b587838a5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Высотки на улице 50 лет Киргизской ССР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Высотки на улице 50 лет Киргизской ССР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(Жибек-Жолу).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https://bimap.su/description/frunze/500_Vysotki.txt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