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Кыргыз ССРинин 50 жылдыгына карата көчөдөгү көп кабаттуу үйлөр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2" name="Picture 2" descr="Высотки на улице 50 лет Киргизской ССР" title="Высотки на улице 50 лет Киргизской СС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a6d6c467b587838a59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Высотки на улице 50 лет Киргизской ССР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Кыргыз ССРинин 50 жылдыгына карата көчөдөгү көп кабаттуу үйлөр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Кыргыз ССРинин 50 жылдыгына карата көп кабаттуу үйлөр (Жибек Жолу) Кыргыз ССРинин 50 жылдыгына карата көп кабаттуу үйлөр (Жибек Жолу). Евгений Коровиндин фотосу.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https://bimap.su/description/frunze/500_Vysotki.txt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42.88530, 74.62555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