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High-rise buildings on the street 50 years of the Kirghiz SSR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ысотки на улице 50 лет Киргизской ССР" title="Высотки на улице 50 лет Киргизской 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6d6c467b587838a5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Высотки на улице 50 лет Киргизской ССР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High-rise buildings on the street 50 years of the Kirghiz SSR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High-rise buildings for 50 years of the Kirghiz SSR (Zhibek Zholu) High-rise buildings for 50 years of the Kirghiz SSR (Zhibek Zholu).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https://bimap.su/description/frunze/500_Vysotki.txt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