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42.87256, 74.61105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 №5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42.87256, 74.61105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48447" cy="2232000"/>
            <wp:docPr id="2" name="Picture 2" descr="Школа №5" title="Школа №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c184ee817999ac065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844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№5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 №5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Киргизская школа №5 им. А.С.Пушкина.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https://bimap.su/description/frunze/197_Shkola5.txt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42.87256, 74.61105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