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42.87256, 74.61105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№5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42.87256, 74.61105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48447" cy="2232000"/>
            <wp:docPr id="2" name="Picture 2" descr="Школа №5" title="Школа №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c184ee817999ac065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84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№5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№5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№5 Кыргыз мектеби атындагы. А.С. Пушкин 1940-жылга чейин шаардык элге билим беруу тармагында 34 мектеп болгон. атындагы №5 кыргыз мектеби. А.С. Пушкин 1926-жылы уюшулган. Баштапкы болуп 1932-жылы жети жашта, 1936-жылдан тартып он жашта ушул имаратта болот. 1939-жылы 17 адамдын алгачкы бүтүрүүлөрү болуп, 70-жылдардын башында мектеп имаратында «Кыргызстан», «Мектеп» басмалары жайгашкан; 1988-жылы «Адабият», Кыргыз ССРинин басма, полиграфия жана 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https://bimap.su/description/frunze/197_Shkola5.txt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42.87256, 74.61105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