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Восток-5 кичи районунун көрүнүшү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89844" cy="2232000"/>
            <wp:docPr id="3" name="Picture 3" descr="Вид на микрорайон Восток-5" title="Вид на микрорайон Восток-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4cae453da78a7d11c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98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микрорайон Восток-5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Восток-5 кичи районунун көрүнүшү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Восток-5 кичи районунун көрүнүшү.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https://bimap.su/description/bishkek/32_Vostok5.txt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