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42.83370, 74.62241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Микрорайон №5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42.83370, 74.62241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9300" cy="2232000"/>
            <wp:docPr id="2" name="Picture 2" descr="Микрорайон №5" title="Микрорайон №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9c4ef84d8ae67555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9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№5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 №5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Книжка. 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https://bimap.su/description/frunze/480_mkr5.txt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42.83370, 74.62241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