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42.86232, 74.54518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№44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42.86232, 74.54518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 №44" title="Школа №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2a04c05332687727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№44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№44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https://bimap.su/description/frunze/29_Shkola44.txt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42.86232, 74.54518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