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42.86232, 74.54518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№44 мектеп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42.86232, 74.54518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4481" cy="2232000"/>
            <wp:docPr id="2" name="Picture 2" descr="Школа №44" title="Школа №4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62a04c0533268772712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448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Школа №44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№44 мектеп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№44 мектеп. Петров атындагы №44 мектептин сүрөтү.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https://bimap.su/description/frunze/29_Shkola44.txt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42.86232, 74.54518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