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Партиялык съезд - Октябрдын 40 жылдыгы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176188" cy="2232000"/>
            <wp:docPr id="2" name="Picture 2" descr="Партсъезд - 40 лет Октября" title="Партсъезд - 40 лет Октябр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cffda3b02e025991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61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Партсъезд - 40 лет Октября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Партиялык съезд - Октябрдын 40 жылдыгы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Партиялык съезд - Октябрдын 40 жылдыгы Мозаика панно Березка дүкөнүнүн имаратында эмгек. (Партиянын XXII съезди — Октябрдын 40 жылдыгы). Архитектор М.Писарская, сүрөтчүлөр М.Бочкарев, А.Усубалиев, 1966-ж.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https://bimap.su/description/frunze/145_Trud.txt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