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Party congress - 40 years of October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176188" cy="2232000"/>
            <wp:docPr id="2" name="Picture 2" descr="Партсъезд - 40 лет Октября" title="Партсъезд - 40 лет Октябр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cffda3b02e025991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61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Партсъезд - 40 лет Октября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Party congress - 40 years of October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Party congress - 40 years of October Mosaic panel Labor on the building of the Berezka store. (XXII Party Congress - 40 years of October). Architect M. Pisarskaya, artists M. Bochkarev, A. Usubaliev, 1966.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https://bimap.su/description/frunze/145_Trud.txt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