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Двухэтажный дом постройки 40-х годов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35616" cy="2232000"/>
            <wp:docPr id="2" name="Picture 2" descr="Двухэтажный дом постройки 40-х годов" title="Двухэтажный дом постройки 40-х год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8398626e009165e3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56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Двухэтажный дом постройки 40-х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Двухэтажный дом постройки 40-х годов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Двухэтажный дом постройки 40-х годов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https://bimap.su/description/frunze/382_Posolstvo.txt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