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Two-story house built in the 40s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35616" cy="2232000"/>
            <wp:docPr id="2" name="Picture 2" descr="Двухэтажный дом постройки 40-х годов" title="Двухэтажный дом постройки 40-х год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8398626e009165e3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356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Двухэтажный дом постройки 40-х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Two-story house built in the 40s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Two-story house built in the 40s Two-story house built in the 40s. In modern times, it housed the Russian Embassy.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https://bimap.su/description/frunze/382_Posolstvo.txt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42.86827, 74.60425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