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Пожарная каланча, 40-е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42.87890, 74.60346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42705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5b75b7c8e7a3c9ead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4270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42.87890, 74.60346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Пожарная каланча, 40-е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42.87890, 74.60346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42705" cy="2232000"/>
            <wp:docPr id="4" name="Picture 4" descr="Пожарная каланча, 40-е" title="Пожарная каланча, 40-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5b75b7c8e7a3c9ead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4270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Пожарная каланча, 40-е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Пожарная каланча, 40-е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Пожарная каланча, 40-е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https://bimap.su/description/frunze/176_Kalancha40.txt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42.87890, 74.60346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https://2gis.kg/bishkek/geo/15763294480498713/tab/photos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