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Өрт өчүрүү мунарасы, 40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42705" cy="2232000"/>
            <wp:docPr id="2" name="Picture 2" descr="Пожарная каланча, 40-е" title="Пожарная каланча, 40-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5b75b7c8e7a3c9ead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27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Пожарная каланча, 40-е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Өрт өчүрүү мунарасы, 40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Өрт өчүрүүчү мунара, 40 1923-жылы Пишпек шаарында өрт өчүрүү бөлүмү түзүлүп, өрт өчүрүү кызматы ат жана челек араба менен жабдылган; 30-жылдары автоколонналар машиналар менен алмаштырылган.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https://bimap.su/description/frunze/176_Kalancha40.txt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