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42.87688, 74.59993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Городской стадион, 30-е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42.87688, 74.59993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5714" cy="2232000"/>
            <wp:docPr id="2" name="Picture 2" descr="Городской стадион, 30-е" title="Городской стадион, 30-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1431ea140a26ed0e5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57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Городской стадион, 30-е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Городской стадион, 30-е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коллекции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https://bimap.su/description/frunze/84_Stadion30.txt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42.87688, 74.59993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