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42.87688, 74.59993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Шаардык стадион, 30</w:t>
      </w:r>
    </w:p>
    <w:p>
      <w:pPr>
        <w:spacing w:after="100"/>
        <w:jc w:val="center"/>
      </w:pPr>
      <w:r>
        <w:rPr>
          <w:rFonts w:ascii="Arial" w:hAnsi="Arial" w:eastAsia="Arial"/>
          <w:b w:val="0"/>
          <w:color w:val="606667"/>
          <w:sz w:val="17"/>
        </w:rPr>
        <w:t>42.87688, 74.59993</w:t>
      </w:r>
    </w:p>
    <w:p>
      <w:pPr>
        <w:spacing w:before="0" w:after="20"/>
        <w:jc w:val="center"/>
      </w:pPr>
      <w:r>
        <w:drawing>
          <wp:inline xmlns:a="http://schemas.openxmlformats.org/drawingml/2006/main" xmlns:pic="http://schemas.openxmlformats.org/drawingml/2006/picture">
            <wp:extent cx="3625714" cy="2232000"/>
            <wp:docPr id="2" name="Picture 2" descr="Городской стадион, 30-е" title="Городской стадион, 30-е"/>
            <wp:cNvGraphicFramePr>
              <a:graphicFrameLocks noChangeAspect="1"/>
            </wp:cNvGraphicFramePr>
            <a:graphic>
              <a:graphicData uri="http://schemas.openxmlformats.org/drawingml/2006/picture">
                <pic:pic>
                  <pic:nvPicPr>
                    <pic:cNvPr id="0" name="e11431ea140a26ed0e52.jpg"/>
                    <pic:cNvPicPr/>
                  </pic:nvPicPr>
                  <pic:blipFill>
                    <a:blip r:embed="rId13"/>
                    <a:stretch>
                      <a:fillRect/>
                    </a:stretch>
                  </pic:blipFill>
                  <pic:spPr>
                    <a:xfrm>
                      <a:off x="0" y="0"/>
                      <a:ext cx="3625714" cy="2232000"/>
                    </a:xfrm>
                    <a:prstGeom prst="rect"/>
                  </pic:spPr>
                </pic:pic>
              </a:graphicData>
            </a:graphic>
          </wp:inline>
        </w:drawing>
      </w:r>
    </w:p>
    <w:p>
      <w:pPr>
        <w:spacing w:after="60"/>
        <w:jc w:val="center"/>
      </w:pPr>
      <w:r>
        <w:rPr>
          <w:rFonts w:ascii="Arial" w:hAnsi="Arial" w:eastAsia="Arial"/>
          <w:b w:val="0"/>
          <w:color w:val="606667"/>
          <w:sz w:val="15"/>
        </w:rPr>
        <w:t>Городской стадион, 30-е</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Шаардык стадион, 30</w:t>
      </w:r>
    </w:p>
    <w:p>
      <w:pPr>
        <w:widowControl/>
        <w:spacing w:before="0" w:after="60" w:line="247" w:lineRule="auto"/>
      </w:pPr>
      <w:r>
        <w:rPr>
          <w:rFonts w:ascii="Arial" w:hAnsi="Arial" w:eastAsia="Arial"/>
          <w:b w:val="0"/>
          <w:color w:val="242C2F"/>
          <w:sz w:val="19"/>
        </w:rPr>
        <w:t>﻿ Шаардык стадион, 30. В.Петровдун коллекциясынан Сүрөт Шаардык стадион 1932-жылы жаштар тарабынан курулган. Бир убакта ал «Эмгек резервдери» спорт коомунун атын алып жүргөн. Стадиондо аскердик спорттук оюндар, футболдук мелдештер, хоккей боюнча мелдештер еткерулду. Стадиондун футбол талаасындагы муз тебүүчү аянтчаны кышында суу каптап турган. 1989-жылы стадиондун ордуна өкмөт үйү курулган.</w:t>
      </w:r>
    </w:p>
    <w:p>
      <w:pPr>
        <w:spacing w:before="20" w:after="0"/>
      </w:pPr>
      <w:r>
        <w:rPr>
          <w:rFonts w:ascii="Arial" w:hAnsi="Arial" w:eastAsia="Arial"/>
          <w:b w:val="0"/>
          <w:color w:val="606667"/>
          <w:sz w:val="14"/>
        </w:rPr>
        <w:t>Булак: https://bimap.su/description/frunze/84_Stadion30.txt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42.87688, 74.59993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