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42.88262, 74.59879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№3 төрөт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42.88262, 74.59879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Роддом №3" title="Роддом №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7417ed908295ca994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Роддом №3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№3 төрөт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№3 төрөт үйү Логвиненко көчөсүндөгү №3 төрөт үйү. Бул төрөт үйүндө Никита Часов менен Евгений Петров төрөлгөн.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https://bimap.su/description/frunze/186_Roddom3.txt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42.88262, 74.59879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