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42.87905, 74.60632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№3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42.87905, 74.60632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Школа №3" title="Школа №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0a9d3c7757d7b906b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№3 · 30-х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№3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№3 Сталин атындагы мектеп, 30-жылдардагы сүрөт 1940-жылга карата шаардык билим берүү тармагында 34 мектеп болгон. Сталин атындагы No3 мектеп 1934-жылы архитектор А.Т.Мадюддун долбоору боюнча курулган. 1968-жылдан кийин бул имаратта балдар китепканасы жайгашкан. Фрунзе.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https://bimap.su/description/frunze/195_Shkola3.txt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42.87905, 74.60632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