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42.85695, 74.60432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Школа №29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42.85695, 74.60432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33728" cy="2232000"/>
            <wp:docPr id="2" name="Picture 2" descr="Школа №29" title="Школа №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72aedb32026334ae7b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372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№29 · 50-х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Школа №29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50-х.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https://bimap.su/description/frunze/404_Shkola29.txt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42.85695, 74.60432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