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№29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3728" cy="2232000"/>
            <wp:docPr id="2" name="Picture 2" descr="Школа №29" title="Школа №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2aedb32026334ae7b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№29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№29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№29 мектеп. Сүрөт 50-жылдардагы Гвардейская көчөсүндө, анда бул көчө Патрис Лумумба деп аталган, азыркы Горький көчөсү.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https://bimap.su/description/frunze/404_Shkola29.txt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