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№28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Школа №28" title="Школа №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477f2059116e612af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№28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№28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имени академика Скрябина.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https://bimap.su/description/frunze/198_Shkola28.txt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42.86779, 74.60078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