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№28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28" title="Школа №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477f2059116e612af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№28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№28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№28 мектеп 1940-жылга карата шаардын билим берүү тармагында 34 мектеп болгон. Академик Скрябин атындагы No 28 мектеп. 30-жылдары курулган. Согуш мезгилинде имаратта чеп-курулуш бөлүмү жана атындагы Аскердик инженердик академиянын студенттери үчүн жатакана жайгашкан. В.Г.Куйбышева.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https://bimap.su/description/frunze/198_Shkola28.txt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