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42.87390, 74.60864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Школа №24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42.87390, 74.60864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Школа №24" title="Школа №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8318e9ef4f9ce9214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№24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Школа №24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https://bimap.su/description/frunze/193_Shkola24.txt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42.87390, 74.60864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