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42.87390, 74.60864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№24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42.87390, 74.60864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24" title="Школа №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8318e9ef4f9ce921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№24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№24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№24 мектеп 1940-жылга карата шаардын билим берүү тармагында 34 мектеп болгон. 24-мектеп алгач Алишер Навои атындагы өзбек улутундагы мектеп болгон. 1941-жылы анда 40-Померский өзүнчө аткычтар бригадасынын штабы жайгашкан. Бул мектепте Советтер Союзунун Баатыры Талгат Бегелдинов эки жолу билим алган. Бул мектепти Владимир Петров 1958-жылы аяктаган.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https://bimap.su/description/frunze/193_Shkola24.txt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42.87390, 74.60864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