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№2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9326" cy="2232000"/>
            <wp:docPr id="2" name="Picture 2" descr="Школа №2" title="Школа №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486ceb33a85ab4eea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93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 · 1936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№2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фото 1936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https://bimap.su/description/frunze/191_Shkola2_1936.txt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