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Средняя общеобразовательная школа №2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932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486ceb33a85ab4eea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3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39436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bc453593efad229a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4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№2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326" cy="2232000"/>
            <wp:docPr id="4" name="Picture 4" descr="Школа №2" title="Школа №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486ceb33a85ab4eea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3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 · 1936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№2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№2 мектеп, 1936 № 2 мектеп. Сүрөт гезиттен. 1936-жыл, сентябрь. 1940-жылга карата шаардын агартуу тармагында 34 мектеп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https://bimap.su/description/frunze/191_Shkola2_1936.txt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№2 жалпы билим берүүчү орто мектеби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42.87839, 74.58592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39436" cy="2232000"/>
            <wp:docPr id="5" name="Picture 5" descr="Современный вид школы №2 в Бишкеке" title="Современный вид школы №2 в Бишке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bc453593efad229a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94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школы №2 в Бишкеке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№2 жалпы билим берүүчү орто мектеби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Бишкек шаарындагы Пушкин көчөсү, 125 дарегинде жайгашкан №2 мектеп. Фрунзе мезгилиндеги чекит менен байланыш бар, мекеменин улануусу азырынча текшерилүүдө.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https://2.edubish.kg/gallery/vystavka/ · Официальный сайт школы №2; Kaktus Media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Текст и адрес: официальный сайт школы №2. Фотография: Kaktus Media, публикация от 16.09.2025; автор и лицензия не указаны. Использование фотографии требует проверки прав.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