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Средняя общеобразовательная школа №2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9932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486ceb33a85ab4eea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3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39436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bc453593efad229a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94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2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9326" cy="2232000"/>
            <wp:docPr id="4" name="Picture 4" descr="Школа №2" title="Школа №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486ceb33a85ab4eea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3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 · 1936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2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2, 1936 School No. 2. Photo from the newspaper. September 1936. By 1940, there were 34 schools in the city's educational network.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https://bimap.su/description/frunze/191_Shkola2_1936.txt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Secondary Comprehensive School No. 2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239436" cy="2232000"/>
            <wp:docPr id="5" name="Picture 5" descr="Современный вид школы №2 в Бишкеке" title="Современный вид школы №2 в Бишке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bc453593efad229a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94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школы №2 в Бишкеке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Secondary Comprehensive School No. 2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Secondary Comprehensive School No. 2 at 125 Pushkin Street, Bishkek. The modern entry is linked to the nearby Frunze-era point; institutional continuity remains to be verified.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https://2.edubish.kg/gallery/vystavka/ · Официальный сайт школы №2; Kaktus Media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Текст и адрес: официальный сайт школы №2. Фотография: Kaktus Media, публикация от 16.09.2025; автор и лицензия не указаны. Использование фотографии требует проверки прав.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