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Район ТЭЦ-2. Фото Евгения Коровина.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42.82667, 74.49887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a870dca74e9090d34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42.82667, 74.49887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42.82667, 74.49887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ТЭЦ-2 аянты. Евгений Коровиндин фотосу.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42.82667, 74.49887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5" name="Picture 5" descr="Район ТЭЦ-2. Фото Евгения Коровина." title="Район ТЭЦ-2. Фото Евгения Коровина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a870dca74e9090d34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Район ТЭЦ-2. Фото Евгения Коровина.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ТЭЦ-2 аянты. Евгений Коровиндин фотосу.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ТЭЦ-2 району ТЭЦ-2 району. Евгений Коровиндин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https://bimap.su/description/bishkek/49_Novaia_tez.txt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