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Беркут у здания вокзала Бишкек-2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42.86382, 74.60571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3b87da95809232961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42.86382, 74.60571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42.86382, 74.60571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Алтын бүркүт Бишкек-2 станциясынын имаратынын маңдайында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42.86382, 74.60571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5" name="Picture 5" descr="Беркут у здания вокзала Бишкек-2" title="Беркут у здания вокзала Бишкек-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3b87da95809232961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Беркут у здания вокзала Бишкек-2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Алтын бүркүт Бишкек-2 станциясынын имаратынын маңдайында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Алтын бүркүт Бишкек-II станциясынын имаратынын алдындагы Бүркүт Бишкек-II станциясынын имаратынын алдында.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https://bimap.su/description/bishkek/11_orel.txt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