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42.87158, 74.57231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Родильный дом №2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42.87158, 74.57231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17900" cy="2232000"/>
            <wp:docPr id="2" name="Picture 2" descr="Родильный дом №2" title="Родильный дом №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af8f6530ca84ecb9a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179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Родильный дом №2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Родильный дом №2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архитектор Ф.Стеблин, 1937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https://bimap.su/description/frunze/465_Roddom2.txt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42.87158, 74.57231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