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42.84097, 74.51941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ТЭЦ-2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42.84097, 74.51941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83720" cy="2232000"/>
            <wp:docPr id="2" name="Picture 2" descr="ТЭЦ-2" title="ТЭЦ-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4959eb6ed80257c17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837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ТЭЦ-2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ТЭЦ-2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ТЭЦ-2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https://bimap.su/description/frunze/393_Tez2.txt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42.84097, 74.51941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