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42.84097, 74.51941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CHPP-2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42.84097, 74.51941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83720" cy="2232000"/>
            <wp:docPr id="2" name="Picture 2" descr="ТЭЦ-2" title="ТЭЦ-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4959eb6ed80257c17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837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ТЭЦ-2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CHPP-2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CHPP-2 The latest construction site in the city of Frunze is CHPP-2. 80% of the work was completed, but after the collapse of the Union, construction was mothballed.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https://bimap.su/description/frunze/393_Tez2.txt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42.84097, 74.51941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