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42.85837, 74.60968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Microdistrict "Yug-2"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42.85837, 74.60968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03576" cy="2232000"/>
            <wp:docPr id="2" name="Picture 2" descr="Микрорайон «Юг-2»" title="Микрорайон «Юг-2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46b62316dc7b6f184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357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Микрорайон «Юг-2»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Microdistrict "Yug-2"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Microdistrict "Yug-2" Microdistrict "Yug-2"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https://bimap.su/description/frunze/248_Ug2.txt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42.85837, 74.60968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