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42.88564, 74.62022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Цех №2 швейной фабрики «1 Мая»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42.88564, 74.62022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80430" cy="2232000"/>
            <wp:docPr id="2" name="Picture 2" descr="Цех №2 швейной фабрики «1 Мая»" title="Цех №2 швейной фабрики «1 Мая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1ab02e657224a2413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04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Цех №2 швейной фабрики «1 Мая»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Цех №2 швейной фабрики «1 Мая»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Цех №2 швейной фабрики «1 Мая»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https://bimap.su/description/frunze/261_Zeh.txt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42.88564, 74.62022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