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Советская көчөсү. Сүрөт 1979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4100" cy="2232000"/>
            <wp:docPr id="2" name="Picture 2" descr="Улица Советская. Фото 1979 года" title="Улица Советская. Фото 1979 г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969c35041184f327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41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Советская. Фото 1979 года · 1979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Советская көчөсү. Сүрөт 1979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8- жана 9-кичи райондорду бөлүп турган Совет көчөсү Совет көчөсү. 1979-жылдагы сүрөт. Совет көчөсү шаардын жаңы жана эски бөлүктөрүн бириктирип, түштүктөн түндүккө карай бүт шаарды аралап өткөн негизги магистралдардын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https://bimap.su/description/frunze/399_Sov8_9.txt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42.83304, 74.60767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