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42.83304, 74.60767</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Sovetskaya street. Photo from 1979</w:t>
      </w:r>
    </w:p>
    <w:p>
      <w:pPr>
        <w:spacing w:after="100"/>
        <w:jc w:val="center"/>
      </w:pPr>
      <w:r>
        <w:rPr>
          <w:rFonts w:ascii="Arial" w:hAnsi="Arial" w:eastAsia="Arial"/>
          <w:b w:val="0"/>
          <w:color w:val="606667"/>
          <w:sz w:val="17"/>
        </w:rPr>
        <w:t>42.83304, 74.60767</w:t>
      </w:r>
    </w:p>
    <w:p>
      <w:pPr>
        <w:spacing w:before="0" w:after="20"/>
        <w:jc w:val="center"/>
      </w:pPr>
      <w:r>
        <w:drawing>
          <wp:inline xmlns:a="http://schemas.openxmlformats.org/drawingml/2006/main" xmlns:pic="http://schemas.openxmlformats.org/drawingml/2006/picture">
            <wp:extent cx="2204100" cy="2232000"/>
            <wp:docPr id="2" name="Picture 2" descr="Улица Советская. Фото 1979 года" title="Улица Советская. Фото 1979 года"/>
            <wp:cNvGraphicFramePr>
              <a:graphicFrameLocks noChangeAspect="1"/>
            </wp:cNvGraphicFramePr>
            <a:graphic>
              <a:graphicData uri="http://schemas.openxmlformats.org/drawingml/2006/picture">
                <pic:pic>
                  <pic:nvPicPr>
                    <pic:cNvPr id="0" name="fb969c35041184f3275a.jpg"/>
                    <pic:cNvPicPr/>
                  </pic:nvPicPr>
                  <pic:blipFill>
                    <a:blip r:embed="rId13"/>
                    <a:stretch>
                      <a:fillRect/>
                    </a:stretch>
                  </pic:blipFill>
                  <pic:spPr>
                    <a:xfrm>
                      <a:off x="0" y="0"/>
                      <a:ext cx="2204100" cy="2232000"/>
                    </a:xfrm>
                    <a:prstGeom prst="rect"/>
                  </pic:spPr>
                </pic:pic>
              </a:graphicData>
            </a:graphic>
          </wp:inline>
        </w:drawing>
      </w:r>
    </w:p>
    <w:p>
      <w:pPr>
        <w:spacing w:after="60"/>
        <w:jc w:val="center"/>
      </w:pPr>
      <w:r>
        <w:rPr>
          <w:rFonts w:ascii="Arial" w:hAnsi="Arial" w:eastAsia="Arial"/>
          <w:b w:val="0"/>
          <w:color w:val="606667"/>
          <w:sz w:val="15"/>
        </w:rPr>
        <w:t>Улица Советская. Фото 1979 года · 1979 года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Sovetskaya street. Photo from 1979</w:t>
      </w:r>
    </w:p>
    <w:p>
      <w:pPr>
        <w:widowControl/>
        <w:spacing w:before="0" w:after="60" w:line="247" w:lineRule="auto"/>
      </w:pPr>
      <w:r>
        <w:rPr>
          <w:rFonts w:ascii="Arial" w:hAnsi="Arial" w:eastAsia="Arial"/>
          <w:b w:val="0"/>
          <w:color w:val="242C2F"/>
          <w:sz w:val="19"/>
        </w:rPr>
        <w:t>﻿ Sovetskaya Street Sovetskaya Street, separating the 8th and 9th microdistricts. Photo from 1979. Sovetskaya Street is one of the main thoroughfares of the city, connecting its old and new parts and passing through the entire city from south to north.</w:t>
      </w:r>
    </w:p>
    <w:p>
      <w:pPr>
        <w:spacing w:before="20" w:after="0"/>
      </w:pPr>
      <w:r>
        <w:rPr>
          <w:rFonts w:ascii="Arial" w:hAnsi="Arial" w:eastAsia="Arial"/>
          <w:b w:val="0"/>
          <w:color w:val="606667"/>
          <w:sz w:val="14"/>
        </w:rPr>
        <w:t>Source: https://bimap.su/description/frunze/399_Sov8_9.txt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42.83304, 74.60767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