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Летний театр, 1965г.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46380" cy="2232000"/>
            <wp:docPr id="2" name="Picture 2" descr="Летний театр, 1965г." title="Летний театр, 1965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5bbfdbac257f4a39b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63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Летний театр, 1965г.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Летний театр, 1965г.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Летний театр на 800 мест. Архитектор Г.А.Градов, 1940г.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https://bimap.su/description/frunze/141_Letnii_teatr.txt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