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42.87854, 74.59982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Summer Theatre, 1965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42.87854, 74.59982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246380" cy="2232000"/>
            <wp:docPr id="2" name="Picture 2" descr="Летний театр, 1965г." title="Летний театр, 1965г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845bbfdbac257f4a39b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4638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Летний театр, 1965г.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Summer Theatre, 1965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 xml:space="preserve">﻿ Summer theater. 1965 Summer theater with 800 seats. Architect G.A. Gradov, 1940. Classical and national elements were used in the architecture of this building. Here on August 13, 1943, a ceremonial meeting was held regarding the creation of the Kyrgyz branch of the Academy of Sciences with the participation of V.L. Komarov-President of the USSR Academy of Sciences. During the war years, an orchestra led by Isaac Dunaevsky, the Leningrad Gypsy 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https://bimap.su/description/frunze/141_Letnii_teatr.txt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42.87854, 74.59982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