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42.85882, 74.61074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Советская. Фото 1962 года.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42.85882, 74.61074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Улица Советская. Фото 1962 года." title="Улица Советская. Фото 1962 год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60adfba011e25bf3c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Советская. Фото 1962 года. · 1962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Советская. Фото 1962 года.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Советская. Первые двухэтажные дома Каменской экспедиции. Фото 1962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https://bimap.su/description/frunze/385_Novosov1962.txt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42.85882, 74.61074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