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Ново-Белинская. Фото 1958 года.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5108" cy="2232000"/>
            <wp:docPr id="2" name="Picture 2" descr="Улица Ново-Белинская. Фото 1958 года." title="Улица Ново-Белинская. Фото 1958 год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7f78b715663594dc7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51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Ново-Белинская. Фото 1958 года. · 1958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Ново-Белинская. Фото 1958 года.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Ново-Белинская. Общежитие политехнического института. Фото 1958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https://bimap.su/description/frunze/383_Mira1958.txt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