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Ново-Белинская. Фото 1958 года.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42.84597, 74.58660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5510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7f78b715663594dc7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510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42.84597, 74.58660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Novo-Belinskaya street. Photo from 1958.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42.84597, 74.58660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55108" cy="2232000"/>
            <wp:docPr id="4" name="Picture 4" descr="Улица Ново-Белинская. Фото 1958 года." title="Улица Ново-Белинская. Фото 1958 года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7f78b715663594dc7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510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Ново-Белинская. Фото 1958 года. · 1958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Novo-Belinskaya street. Photo from 1958.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Novo-Belinskaya Street Novo-Belinskaya Street (since 1960 Mira Avenue). Dormitory of the Polytechnic Institute. Photo from 1958.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https://bimap.su/description/frunze/383_Mira1958.txt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42.84597, 74.58660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Нуржигит Марипов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https://2gis.kg/bishkek/firm/70000001020302928/tab/photos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